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ACC027" w14:textId="3AD3A596" w:rsidR="004D5C03" w:rsidRDefault="008C3553">
      <w:pPr>
        <w:jc w:val="center"/>
      </w:pPr>
      <w:r>
        <w:rPr>
          <w:rFonts w:ascii="Aptos Display" w:hAnsi="Aptos Display"/>
          <w:b/>
          <w:color w:val="1F4E79"/>
          <w:sz w:val="36"/>
        </w:rPr>
        <w:t xml:space="preserve">Illinois Nurses Foundation </w:t>
      </w:r>
      <w:r w:rsidR="00000000">
        <w:rPr>
          <w:rFonts w:ascii="Aptos Display" w:hAnsi="Aptos Display"/>
          <w:b/>
          <w:color w:val="1F4E79"/>
          <w:sz w:val="36"/>
        </w:rPr>
        <w:t>Grant Application</w:t>
      </w:r>
    </w:p>
    <w:p w14:paraId="21549A65" w14:textId="77777777" w:rsidR="004D5C03" w:rsidRDefault="00000000">
      <w:pPr>
        <w:jc w:val="center"/>
      </w:pPr>
      <w:r>
        <w:rPr>
          <w:rFonts w:ascii="Aptos Display" w:hAnsi="Aptos Display"/>
          <w:b/>
          <w:color w:val="1F4E79"/>
          <w:sz w:val="30"/>
        </w:rPr>
        <w:t>Biosketch Form</w:t>
      </w:r>
    </w:p>
    <w:p w14:paraId="45B3E2D7" w14:textId="77777777" w:rsidR="004D5C03" w:rsidRDefault="00000000">
      <w:pPr>
        <w:pStyle w:val="Instruction"/>
        <w:keepNext/>
      </w:pPr>
      <w:r>
        <w:t>Complete this form for each applicant or key project team member. Focus responses on qualifications, project role, nursing impact, and alignment with the proposed grant project.</w:t>
      </w:r>
    </w:p>
    <w:p w14:paraId="21123D41" w14:textId="77777777" w:rsidR="004D5C03" w:rsidRDefault="00000000">
      <w:pPr>
        <w:pStyle w:val="Heading1"/>
      </w:pPr>
      <w:r>
        <w:t>Applicant and Project Information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52"/>
        <w:gridCol w:w="6696"/>
      </w:tblGrid>
      <w:tr w:rsidR="004D5C03" w14:paraId="382F862B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53C4B6B6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Applicant Name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3CA244A0" w14:textId="77777777" w:rsidR="004D5C03" w:rsidRDefault="004D5C03">
            <w:pPr>
              <w:spacing w:after="0"/>
            </w:pPr>
          </w:p>
        </w:tc>
      </w:tr>
      <w:tr w:rsidR="004D5C03" w14:paraId="66C1568E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123AE382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Credentials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7836BB6E" w14:textId="77777777" w:rsidR="004D5C03" w:rsidRDefault="004D5C03">
            <w:pPr>
              <w:spacing w:after="0"/>
            </w:pPr>
          </w:p>
        </w:tc>
      </w:tr>
      <w:tr w:rsidR="004D5C03" w14:paraId="3450FBA9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22227F7F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Current Position or Title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2081F2EC" w14:textId="77777777" w:rsidR="004D5C03" w:rsidRDefault="004D5C03">
            <w:pPr>
              <w:spacing w:after="0"/>
            </w:pPr>
          </w:p>
        </w:tc>
      </w:tr>
      <w:tr w:rsidR="004D5C03" w14:paraId="495034DF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21D35784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Organization or Affiliation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43D1239E" w14:textId="77777777" w:rsidR="004D5C03" w:rsidRDefault="004D5C03">
            <w:pPr>
              <w:spacing w:after="0"/>
            </w:pPr>
          </w:p>
        </w:tc>
      </w:tr>
      <w:tr w:rsidR="004D5C03" w14:paraId="0161F173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25092C00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Mailing Address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6BE9BF6F" w14:textId="77777777" w:rsidR="004D5C03" w:rsidRDefault="004D5C03">
            <w:pPr>
              <w:spacing w:after="0"/>
            </w:pPr>
          </w:p>
        </w:tc>
      </w:tr>
      <w:tr w:rsidR="004D5C03" w14:paraId="4E104E49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25788073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Email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1AE4940C" w14:textId="77777777" w:rsidR="004D5C03" w:rsidRDefault="004D5C03">
            <w:pPr>
              <w:spacing w:after="0"/>
            </w:pPr>
          </w:p>
        </w:tc>
      </w:tr>
      <w:tr w:rsidR="004D5C03" w14:paraId="0EF40322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6298385F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Phone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04B7819C" w14:textId="77777777" w:rsidR="004D5C03" w:rsidRDefault="004D5C03">
            <w:pPr>
              <w:spacing w:after="0"/>
            </w:pPr>
          </w:p>
        </w:tc>
      </w:tr>
      <w:tr w:rsidR="004D5C03" w14:paraId="5733D201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4228F170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Grant Project Title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37C33778" w14:textId="77777777" w:rsidR="004D5C03" w:rsidRDefault="004D5C03">
            <w:pPr>
              <w:spacing w:after="0"/>
            </w:pPr>
          </w:p>
        </w:tc>
      </w:tr>
    </w:tbl>
    <w:p w14:paraId="7A0C6147" w14:textId="77777777" w:rsidR="004D5C03" w:rsidRDefault="004D5C03">
      <w:pPr>
        <w:spacing w:after="20"/>
      </w:pPr>
    </w:p>
    <w:p w14:paraId="47FCD6BB" w14:textId="77777777" w:rsidR="004D5C03" w:rsidRDefault="00000000">
      <w:pPr>
        <w:pStyle w:val="Heading1"/>
      </w:pPr>
      <w:r>
        <w:t>Role in Proposed Project</w:t>
      </w:r>
    </w:p>
    <w:p w14:paraId="49C69A2D" w14:textId="77777777" w:rsidR="004D5C03" w:rsidRDefault="00000000">
      <w:r>
        <w:rPr>
          <w:sz w:val="18"/>
        </w:rPr>
        <w:t>☐ Principal Investigator   ☐ Project Lead   ☐ Co-Investigator   ☐ Faculty Advisor   ☐ Student Applicant   ☐ Practice Partner   ☐ Evaluator   ☐ Other</w:t>
      </w:r>
    </w:p>
    <w:p w14:paraId="63158CCF" w14:textId="77777777" w:rsidR="004D5C03" w:rsidRDefault="00000000">
      <w:pPr>
        <w:pStyle w:val="Heading1"/>
      </w:pPr>
      <w:r>
        <w:t>Professional Summary</w:t>
      </w:r>
    </w:p>
    <w:p w14:paraId="4CC7C095" w14:textId="77777777" w:rsidR="004D5C03" w:rsidRDefault="00000000">
      <w:pPr>
        <w:pStyle w:val="Instruction"/>
        <w:keepNext/>
      </w:pPr>
      <w:r>
        <w:t>Describe your nursing background, current role, and qualifications related to this grant project.</w:t>
      </w:r>
    </w:p>
    <w:p w14:paraId="2633F6BD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7580E1CC" w14:textId="77777777">
        <w:trPr>
          <w:cantSplit/>
          <w:trHeight w:hRule="exact" w:val="2088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328D65A3" w14:textId="77777777" w:rsidR="004D5C03" w:rsidRDefault="004D5C03">
            <w:pPr>
              <w:spacing w:after="0"/>
            </w:pPr>
          </w:p>
        </w:tc>
      </w:tr>
    </w:tbl>
    <w:p w14:paraId="6C63492A" w14:textId="77777777" w:rsidR="004D5C03" w:rsidRDefault="004D5C03">
      <w:pPr>
        <w:spacing w:after="20"/>
      </w:pPr>
    </w:p>
    <w:p w14:paraId="37FACC6A" w14:textId="77777777" w:rsidR="004D5C03" w:rsidRDefault="00000000">
      <w:r>
        <w:br w:type="page"/>
      </w:r>
    </w:p>
    <w:p w14:paraId="2B80D799" w14:textId="77777777" w:rsidR="004D5C03" w:rsidRDefault="00000000">
      <w:pPr>
        <w:pStyle w:val="Heading1"/>
      </w:pPr>
      <w:r>
        <w:lastRenderedPageBreak/>
        <w:t>Education and Training</w:t>
      </w:r>
    </w:p>
    <w:p w14:paraId="08DBE14D" w14:textId="77777777" w:rsidR="004D5C03" w:rsidRDefault="00000000">
      <w:pPr>
        <w:pStyle w:val="Instruction"/>
        <w:keepNext/>
      </w:pPr>
      <w:r>
        <w:t>List academic preparation, beginning with the most recent degree or program.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80"/>
        <w:gridCol w:w="2592"/>
        <w:gridCol w:w="2736"/>
        <w:gridCol w:w="1440"/>
      </w:tblGrid>
      <w:tr w:rsidR="004D5C03" w14:paraId="7B2ACB2C" w14:textId="77777777">
        <w:trPr>
          <w:cantSplit/>
          <w:jc w:val="center"/>
        </w:trPr>
        <w:tc>
          <w:tcPr>
            <w:tcW w:w="288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765EFCD8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Institution</w:t>
            </w:r>
          </w:p>
        </w:tc>
        <w:tc>
          <w:tcPr>
            <w:tcW w:w="259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3516DB50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Degree or Program</w:t>
            </w:r>
          </w:p>
        </w:tc>
        <w:tc>
          <w:tcPr>
            <w:tcW w:w="273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48E854D1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Field of Study</w:t>
            </w:r>
          </w:p>
        </w:tc>
        <w:tc>
          <w:tcPr>
            <w:tcW w:w="14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140ABE14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Year Completed</w:t>
            </w:r>
          </w:p>
        </w:tc>
      </w:tr>
      <w:tr w:rsidR="004D5C03" w14:paraId="24FCCFF7" w14:textId="77777777">
        <w:trPr>
          <w:cantSplit/>
          <w:trHeight w:hRule="exact" w:val="648"/>
          <w:jc w:val="center"/>
        </w:trPr>
        <w:tc>
          <w:tcPr>
            <w:tcW w:w="288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3C142E2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82FA129" w14:textId="77777777" w:rsidR="004D5C03" w:rsidRDefault="004D5C03">
            <w:pPr>
              <w:spacing w:after="0"/>
            </w:pPr>
          </w:p>
        </w:tc>
        <w:tc>
          <w:tcPr>
            <w:tcW w:w="2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6465930" w14:textId="77777777" w:rsidR="004D5C03" w:rsidRDefault="004D5C03">
            <w:pPr>
              <w:spacing w:after="0"/>
            </w:pPr>
          </w:p>
        </w:tc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3D88898" w14:textId="77777777" w:rsidR="004D5C03" w:rsidRDefault="004D5C03">
            <w:pPr>
              <w:spacing w:after="0"/>
            </w:pPr>
          </w:p>
        </w:tc>
      </w:tr>
      <w:tr w:rsidR="004D5C03" w14:paraId="6518F4EC" w14:textId="77777777">
        <w:trPr>
          <w:cantSplit/>
          <w:trHeight w:hRule="exact" w:val="648"/>
          <w:jc w:val="center"/>
        </w:trPr>
        <w:tc>
          <w:tcPr>
            <w:tcW w:w="288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1C2F8AC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FCA8BF6" w14:textId="77777777" w:rsidR="004D5C03" w:rsidRDefault="004D5C03">
            <w:pPr>
              <w:spacing w:after="0"/>
            </w:pPr>
          </w:p>
        </w:tc>
        <w:tc>
          <w:tcPr>
            <w:tcW w:w="2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8686663" w14:textId="77777777" w:rsidR="004D5C03" w:rsidRDefault="004D5C03">
            <w:pPr>
              <w:spacing w:after="0"/>
            </w:pPr>
          </w:p>
        </w:tc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82CADEA" w14:textId="77777777" w:rsidR="004D5C03" w:rsidRDefault="004D5C03">
            <w:pPr>
              <w:spacing w:after="0"/>
            </w:pPr>
          </w:p>
        </w:tc>
      </w:tr>
      <w:tr w:rsidR="004D5C03" w14:paraId="26818ADC" w14:textId="77777777">
        <w:trPr>
          <w:cantSplit/>
          <w:trHeight w:hRule="exact" w:val="648"/>
          <w:jc w:val="center"/>
        </w:trPr>
        <w:tc>
          <w:tcPr>
            <w:tcW w:w="288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978F8F3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0F33562" w14:textId="77777777" w:rsidR="004D5C03" w:rsidRDefault="004D5C03">
            <w:pPr>
              <w:spacing w:after="0"/>
            </w:pPr>
          </w:p>
        </w:tc>
        <w:tc>
          <w:tcPr>
            <w:tcW w:w="2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D539F6F" w14:textId="77777777" w:rsidR="004D5C03" w:rsidRDefault="004D5C03">
            <w:pPr>
              <w:spacing w:after="0"/>
            </w:pPr>
          </w:p>
        </w:tc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C182CF5" w14:textId="77777777" w:rsidR="004D5C03" w:rsidRDefault="004D5C03">
            <w:pPr>
              <w:spacing w:after="0"/>
            </w:pPr>
          </w:p>
        </w:tc>
      </w:tr>
      <w:tr w:rsidR="004D5C03" w14:paraId="3E4477A3" w14:textId="77777777">
        <w:trPr>
          <w:cantSplit/>
          <w:trHeight w:hRule="exact" w:val="648"/>
          <w:jc w:val="center"/>
        </w:trPr>
        <w:tc>
          <w:tcPr>
            <w:tcW w:w="288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2B8DF9B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967144E" w14:textId="77777777" w:rsidR="004D5C03" w:rsidRDefault="004D5C03">
            <w:pPr>
              <w:spacing w:after="0"/>
            </w:pPr>
          </w:p>
        </w:tc>
        <w:tc>
          <w:tcPr>
            <w:tcW w:w="273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282A365" w14:textId="77777777" w:rsidR="004D5C03" w:rsidRDefault="004D5C03">
            <w:pPr>
              <w:spacing w:after="0"/>
            </w:pPr>
          </w:p>
        </w:tc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8C30FDE" w14:textId="77777777" w:rsidR="004D5C03" w:rsidRDefault="004D5C03">
            <w:pPr>
              <w:spacing w:after="0"/>
            </w:pPr>
          </w:p>
        </w:tc>
      </w:tr>
    </w:tbl>
    <w:p w14:paraId="63AE86B3" w14:textId="77777777" w:rsidR="004D5C03" w:rsidRDefault="004D5C03">
      <w:pPr>
        <w:spacing w:after="20"/>
      </w:pPr>
    </w:p>
    <w:p w14:paraId="39725CBE" w14:textId="77777777" w:rsidR="004D5C03" w:rsidRDefault="00000000">
      <w:pPr>
        <w:pStyle w:val="Heading1"/>
      </w:pPr>
      <w:r>
        <w:t>Licensure and Certifications</w:t>
      </w:r>
    </w:p>
    <w:p w14:paraId="735CA516" w14:textId="77777777" w:rsidR="004D5C03" w:rsidRDefault="00000000">
      <w:pPr>
        <w:pStyle w:val="Instruction"/>
        <w:keepNext/>
      </w:pPr>
      <w:r>
        <w:t>List current nursing licenses, certifications, and professional credentials relevant to the proposed project.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68"/>
        <w:gridCol w:w="3168"/>
        <w:gridCol w:w="1296"/>
        <w:gridCol w:w="2016"/>
      </w:tblGrid>
      <w:tr w:rsidR="004D5C03" w14:paraId="5ACD6BEF" w14:textId="77777777">
        <w:trPr>
          <w:cantSplit/>
          <w:jc w:val="center"/>
        </w:trPr>
        <w:tc>
          <w:tcPr>
            <w:tcW w:w="316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44362272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License or Certification</w:t>
            </w:r>
          </w:p>
        </w:tc>
        <w:tc>
          <w:tcPr>
            <w:tcW w:w="316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6BD44727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Issuing Organization</w:t>
            </w:r>
          </w:p>
        </w:tc>
        <w:tc>
          <w:tcPr>
            <w:tcW w:w="12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49BA97E8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State</w:t>
            </w:r>
          </w:p>
        </w:tc>
        <w:tc>
          <w:tcPr>
            <w:tcW w:w="201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16627920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Expiration Date</w:t>
            </w:r>
          </w:p>
        </w:tc>
      </w:tr>
      <w:tr w:rsidR="004D5C03" w14:paraId="7EF7EC24" w14:textId="77777777">
        <w:trPr>
          <w:cantSplit/>
          <w:trHeight w:hRule="exact" w:val="648"/>
          <w:jc w:val="center"/>
        </w:trPr>
        <w:tc>
          <w:tcPr>
            <w:tcW w:w="31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5B28937" w14:textId="77777777" w:rsidR="004D5C03" w:rsidRDefault="004D5C03">
            <w:pPr>
              <w:spacing w:after="0"/>
            </w:pPr>
          </w:p>
        </w:tc>
        <w:tc>
          <w:tcPr>
            <w:tcW w:w="31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D46D134" w14:textId="77777777" w:rsidR="004D5C03" w:rsidRDefault="004D5C03">
            <w:pPr>
              <w:spacing w:after="0"/>
            </w:pPr>
          </w:p>
        </w:tc>
        <w:tc>
          <w:tcPr>
            <w:tcW w:w="12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0D4AA02" w14:textId="77777777" w:rsidR="004D5C03" w:rsidRDefault="004D5C03">
            <w:pPr>
              <w:spacing w:after="0"/>
            </w:pPr>
          </w:p>
        </w:tc>
        <w:tc>
          <w:tcPr>
            <w:tcW w:w="201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98ADAC8" w14:textId="77777777" w:rsidR="004D5C03" w:rsidRDefault="004D5C03">
            <w:pPr>
              <w:spacing w:after="0"/>
            </w:pPr>
          </w:p>
        </w:tc>
      </w:tr>
      <w:tr w:rsidR="004D5C03" w14:paraId="7310C230" w14:textId="77777777">
        <w:trPr>
          <w:cantSplit/>
          <w:trHeight w:hRule="exact" w:val="648"/>
          <w:jc w:val="center"/>
        </w:trPr>
        <w:tc>
          <w:tcPr>
            <w:tcW w:w="31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82B17D8" w14:textId="77777777" w:rsidR="004D5C03" w:rsidRDefault="004D5C03">
            <w:pPr>
              <w:spacing w:after="0"/>
            </w:pPr>
          </w:p>
        </w:tc>
        <w:tc>
          <w:tcPr>
            <w:tcW w:w="31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83E6932" w14:textId="77777777" w:rsidR="004D5C03" w:rsidRDefault="004D5C03">
            <w:pPr>
              <w:spacing w:after="0"/>
            </w:pPr>
          </w:p>
        </w:tc>
        <w:tc>
          <w:tcPr>
            <w:tcW w:w="12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D56980E" w14:textId="77777777" w:rsidR="004D5C03" w:rsidRDefault="004D5C03">
            <w:pPr>
              <w:spacing w:after="0"/>
            </w:pPr>
          </w:p>
        </w:tc>
        <w:tc>
          <w:tcPr>
            <w:tcW w:w="201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E141259" w14:textId="77777777" w:rsidR="004D5C03" w:rsidRDefault="004D5C03">
            <w:pPr>
              <w:spacing w:after="0"/>
            </w:pPr>
          </w:p>
        </w:tc>
      </w:tr>
      <w:tr w:rsidR="004D5C03" w14:paraId="2882E6EF" w14:textId="77777777">
        <w:trPr>
          <w:cantSplit/>
          <w:trHeight w:hRule="exact" w:val="648"/>
          <w:jc w:val="center"/>
        </w:trPr>
        <w:tc>
          <w:tcPr>
            <w:tcW w:w="31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4F68DD1" w14:textId="77777777" w:rsidR="004D5C03" w:rsidRDefault="004D5C03">
            <w:pPr>
              <w:spacing w:after="0"/>
            </w:pPr>
          </w:p>
        </w:tc>
        <w:tc>
          <w:tcPr>
            <w:tcW w:w="31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1AB77CB" w14:textId="77777777" w:rsidR="004D5C03" w:rsidRDefault="004D5C03">
            <w:pPr>
              <w:spacing w:after="0"/>
            </w:pPr>
          </w:p>
        </w:tc>
        <w:tc>
          <w:tcPr>
            <w:tcW w:w="129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A1FA408" w14:textId="77777777" w:rsidR="004D5C03" w:rsidRDefault="004D5C03">
            <w:pPr>
              <w:spacing w:after="0"/>
            </w:pPr>
          </w:p>
        </w:tc>
        <w:tc>
          <w:tcPr>
            <w:tcW w:w="201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AE46EFD" w14:textId="77777777" w:rsidR="004D5C03" w:rsidRDefault="004D5C03">
            <w:pPr>
              <w:spacing w:after="0"/>
            </w:pPr>
          </w:p>
        </w:tc>
      </w:tr>
    </w:tbl>
    <w:p w14:paraId="40E21E97" w14:textId="77777777" w:rsidR="004D5C03" w:rsidRDefault="004D5C03">
      <w:pPr>
        <w:spacing w:after="20"/>
      </w:pPr>
    </w:p>
    <w:p w14:paraId="3DBC506F" w14:textId="77777777" w:rsidR="004D5C03" w:rsidRDefault="00000000">
      <w:pPr>
        <w:pStyle w:val="Heading1"/>
      </w:pPr>
      <w:r>
        <w:t>Relevant Nursing Experience</w:t>
      </w:r>
    </w:p>
    <w:p w14:paraId="7C669A65" w14:textId="77777777" w:rsidR="004D5C03" w:rsidRDefault="00000000">
      <w:pPr>
        <w:pStyle w:val="Instruction"/>
        <w:keepNext/>
      </w:pPr>
      <w:r>
        <w:t>Include clinical practice, education, leadership, research, policy, public health, community health, workforce development, or other relevant areas.</w:t>
      </w:r>
    </w:p>
    <w:p w14:paraId="073E205D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52F04EF2" w14:textId="77777777">
        <w:trPr>
          <w:cantSplit/>
          <w:trHeight w:hRule="exact" w:val="3312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756C3313" w14:textId="77777777" w:rsidR="004D5C03" w:rsidRDefault="004D5C03">
            <w:pPr>
              <w:spacing w:after="0"/>
            </w:pPr>
          </w:p>
        </w:tc>
      </w:tr>
    </w:tbl>
    <w:p w14:paraId="68117B3E" w14:textId="77777777" w:rsidR="004D5C03" w:rsidRDefault="004D5C03">
      <w:pPr>
        <w:spacing w:after="20"/>
      </w:pPr>
    </w:p>
    <w:p w14:paraId="01B1F7DB" w14:textId="77777777" w:rsidR="004D5C03" w:rsidRDefault="00000000">
      <w:r>
        <w:br w:type="page"/>
      </w:r>
    </w:p>
    <w:p w14:paraId="237E497A" w14:textId="77777777" w:rsidR="004D5C03" w:rsidRDefault="00000000">
      <w:pPr>
        <w:pStyle w:val="Heading1"/>
      </w:pPr>
      <w:r>
        <w:lastRenderedPageBreak/>
        <w:t>Connection to the Proposed Project</w:t>
      </w:r>
    </w:p>
    <w:p w14:paraId="3ED59AA6" w14:textId="77777777" w:rsidR="004D5C03" w:rsidRDefault="00000000">
      <w:pPr>
        <w:pStyle w:val="Instruction"/>
        <w:keepNext/>
      </w:pPr>
      <w:r>
        <w:t>Explain how your background prepares you to complete this project. Include relevant knowledge, skills, partnerships, or professional experience.</w:t>
      </w:r>
    </w:p>
    <w:p w14:paraId="239AAE2B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456531F9" w14:textId="77777777">
        <w:trPr>
          <w:cantSplit/>
          <w:trHeight w:hRule="exact" w:val="2592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001875A0" w14:textId="77777777" w:rsidR="004D5C03" w:rsidRDefault="004D5C03">
            <w:pPr>
              <w:spacing w:after="0"/>
            </w:pPr>
          </w:p>
        </w:tc>
      </w:tr>
    </w:tbl>
    <w:p w14:paraId="563AF5CC" w14:textId="77777777" w:rsidR="004D5C03" w:rsidRDefault="004D5C03">
      <w:pPr>
        <w:spacing w:after="20"/>
      </w:pPr>
    </w:p>
    <w:p w14:paraId="2EF48082" w14:textId="77777777" w:rsidR="004D5C03" w:rsidRDefault="00000000">
      <w:pPr>
        <w:pStyle w:val="Heading1"/>
      </w:pPr>
      <w:r>
        <w:t>Project Responsibilities</w:t>
      </w:r>
    </w:p>
    <w:p w14:paraId="74F2B631" w14:textId="77777777" w:rsidR="004D5C03" w:rsidRDefault="00000000">
      <w:pPr>
        <w:pStyle w:val="Instruction"/>
        <w:keepNext/>
      </w:pPr>
      <w:r>
        <w:t>Describe your specific responsibilities in the proposed project.</w:t>
      </w:r>
    </w:p>
    <w:p w14:paraId="1E447422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6F985922" w14:textId="77777777">
        <w:trPr>
          <w:cantSplit/>
          <w:trHeight w:hRule="exact" w:val="1944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4327F96B" w14:textId="77777777" w:rsidR="004D5C03" w:rsidRDefault="004D5C03">
            <w:pPr>
              <w:spacing w:after="0"/>
            </w:pPr>
          </w:p>
        </w:tc>
      </w:tr>
    </w:tbl>
    <w:p w14:paraId="42A05055" w14:textId="77777777" w:rsidR="004D5C03" w:rsidRDefault="004D5C03">
      <w:pPr>
        <w:spacing w:after="20"/>
      </w:pPr>
    </w:p>
    <w:p w14:paraId="1B36A4C6" w14:textId="77777777" w:rsidR="004D5C03" w:rsidRDefault="00000000">
      <w:pPr>
        <w:pStyle w:val="Heading1"/>
      </w:pPr>
      <w:r>
        <w:t>Prior Project or Grant Experience</w:t>
      </w:r>
    </w:p>
    <w:p w14:paraId="1A5BF5E1" w14:textId="77777777" w:rsidR="004D5C03" w:rsidRDefault="00000000">
      <w:pPr>
        <w:pStyle w:val="Instruction"/>
        <w:keepNext/>
      </w:pPr>
      <w:r>
        <w:t>List prior projects, grants, quality improvement initiatives, educational programs, research activities, or community programs relevant to this application.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76"/>
        <w:gridCol w:w="1368"/>
        <w:gridCol w:w="2088"/>
        <w:gridCol w:w="1224"/>
        <w:gridCol w:w="2592"/>
      </w:tblGrid>
      <w:tr w:rsidR="004D5C03" w14:paraId="27471280" w14:textId="77777777">
        <w:trPr>
          <w:cantSplit/>
          <w:jc w:val="center"/>
        </w:trPr>
        <w:tc>
          <w:tcPr>
            <w:tcW w:w="237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54F48A2F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Project or Grant Title</w:t>
            </w:r>
          </w:p>
        </w:tc>
        <w:tc>
          <w:tcPr>
            <w:tcW w:w="136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446617EC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Role</w:t>
            </w:r>
          </w:p>
        </w:tc>
        <w:tc>
          <w:tcPr>
            <w:tcW w:w="208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1BB09353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Organization or Funder</w:t>
            </w:r>
          </w:p>
        </w:tc>
        <w:tc>
          <w:tcPr>
            <w:tcW w:w="1224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6010A1C7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Dates</w:t>
            </w:r>
          </w:p>
        </w:tc>
        <w:tc>
          <w:tcPr>
            <w:tcW w:w="259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791B4C32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Outcome or Impact</w:t>
            </w:r>
          </w:p>
        </w:tc>
      </w:tr>
      <w:tr w:rsidR="004D5C03" w14:paraId="6C2FBB50" w14:textId="77777777">
        <w:trPr>
          <w:cantSplit/>
          <w:trHeight w:hRule="exact" w:val="619"/>
          <w:jc w:val="center"/>
        </w:trPr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C9D878C" w14:textId="77777777" w:rsidR="004D5C03" w:rsidRDefault="004D5C03">
            <w:pPr>
              <w:spacing w:after="0"/>
            </w:pPr>
          </w:p>
        </w:tc>
        <w:tc>
          <w:tcPr>
            <w:tcW w:w="13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265F7E6" w14:textId="77777777" w:rsidR="004D5C03" w:rsidRDefault="004D5C03">
            <w:pPr>
              <w:spacing w:after="0"/>
            </w:pPr>
          </w:p>
        </w:tc>
        <w:tc>
          <w:tcPr>
            <w:tcW w:w="20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CE41E14" w14:textId="77777777" w:rsidR="004D5C03" w:rsidRDefault="004D5C03">
            <w:pPr>
              <w:spacing w:after="0"/>
            </w:pPr>
          </w:p>
        </w:tc>
        <w:tc>
          <w:tcPr>
            <w:tcW w:w="12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662B1EA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350573D" w14:textId="77777777" w:rsidR="004D5C03" w:rsidRDefault="004D5C03">
            <w:pPr>
              <w:spacing w:after="0"/>
            </w:pPr>
          </w:p>
        </w:tc>
      </w:tr>
      <w:tr w:rsidR="004D5C03" w14:paraId="6B3C2A76" w14:textId="77777777">
        <w:trPr>
          <w:cantSplit/>
          <w:trHeight w:hRule="exact" w:val="619"/>
          <w:jc w:val="center"/>
        </w:trPr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E31EB83" w14:textId="77777777" w:rsidR="004D5C03" w:rsidRDefault="004D5C03">
            <w:pPr>
              <w:spacing w:after="0"/>
            </w:pPr>
          </w:p>
        </w:tc>
        <w:tc>
          <w:tcPr>
            <w:tcW w:w="13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C24FFBE" w14:textId="77777777" w:rsidR="004D5C03" w:rsidRDefault="004D5C03">
            <w:pPr>
              <w:spacing w:after="0"/>
            </w:pPr>
          </w:p>
        </w:tc>
        <w:tc>
          <w:tcPr>
            <w:tcW w:w="20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273FF4E" w14:textId="77777777" w:rsidR="004D5C03" w:rsidRDefault="004D5C03">
            <w:pPr>
              <w:spacing w:after="0"/>
            </w:pPr>
          </w:p>
        </w:tc>
        <w:tc>
          <w:tcPr>
            <w:tcW w:w="12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71620AA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6EFDE9D" w14:textId="77777777" w:rsidR="004D5C03" w:rsidRDefault="004D5C03">
            <w:pPr>
              <w:spacing w:after="0"/>
            </w:pPr>
          </w:p>
        </w:tc>
      </w:tr>
      <w:tr w:rsidR="004D5C03" w14:paraId="652934A2" w14:textId="77777777">
        <w:trPr>
          <w:cantSplit/>
          <w:trHeight w:hRule="exact" w:val="619"/>
          <w:jc w:val="center"/>
        </w:trPr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E35F3C3" w14:textId="77777777" w:rsidR="004D5C03" w:rsidRDefault="004D5C03">
            <w:pPr>
              <w:spacing w:after="0"/>
            </w:pPr>
          </w:p>
        </w:tc>
        <w:tc>
          <w:tcPr>
            <w:tcW w:w="13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6D58CA1" w14:textId="77777777" w:rsidR="004D5C03" w:rsidRDefault="004D5C03">
            <w:pPr>
              <w:spacing w:after="0"/>
            </w:pPr>
          </w:p>
        </w:tc>
        <w:tc>
          <w:tcPr>
            <w:tcW w:w="20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980E203" w14:textId="77777777" w:rsidR="004D5C03" w:rsidRDefault="004D5C03">
            <w:pPr>
              <w:spacing w:after="0"/>
            </w:pPr>
          </w:p>
        </w:tc>
        <w:tc>
          <w:tcPr>
            <w:tcW w:w="12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06B9216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9D03FB8" w14:textId="77777777" w:rsidR="004D5C03" w:rsidRDefault="004D5C03">
            <w:pPr>
              <w:spacing w:after="0"/>
            </w:pPr>
          </w:p>
        </w:tc>
      </w:tr>
      <w:tr w:rsidR="004D5C03" w14:paraId="67420893" w14:textId="77777777">
        <w:trPr>
          <w:cantSplit/>
          <w:trHeight w:hRule="exact" w:val="619"/>
          <w:jc w:val="center"/>
        </w:trPr>
        <w:tc>
          <w:tcPr>
            <w:tcW w:w="23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8D50CEE" w14:textId="77777777" w:rsidR="004D5C03" w:rsidRDefault="004D5C03">
            <w:pPr>
              <w:spacing w:after="0"/>
            </w:pPr>
          </w:p>
        </w:tc>
        <w:tc>
          <w:tcPr>
            <w:tcW w:w="136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05DFDC0" w14:textId="77777777" w:rsidR="004D5C03" w:rsidRDefault="004D5C03">
            <w:pPr>
              <w:spacing w:after="0"/>
            </w:pPr>
          </w:p>
        </w:tc>
        <w:tc>
          <w:tcPr>
            <w:tcW w:w="208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0DC68D2" w14:textId="77777777" w:rsidR="004D5C03" w:rsidRDefault="004D5C03">
            <w:pPr>
              <w:spacing w:after="0"/>
            </w:pPr>
          </w:p>
        </w:tc>
        <w:tc>
          <w:tcPr>
            <w:tcW w:w="122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2AE115D" w14:textId="77777777" w:rsidR="004D5C03" w:rsidRDefault="004D5C03">
            <w:pPr>
              <w:spacing w:after="0"/>
            </w:pPr>
          </w:p>
        </w:tc>
        <w:tc>
          <w:tcPr>
            <w:tcW w:w="259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ADCE4CA" w14:textId="77777777" w:rsidR="004D5C03" w:rsidRDefault="004D5C03">
            <w:pPr>
              <w:spacing w:after="0"/>
            </w:pPr>
          </w:p>
        </w:tc>
      </w:tr>
    </w:tbl>
    <w:p w14:paraId="6B4FDE85" w14:textId="77777777" w:rsidR="004D5C03" w:rsidRDefault="004D5C03">
      <w:pPr>
        <w:spacing w:after="20"/>
      </w:pPr>
    </w:p>
    <w:p w14:paraId="72187C77" w14:textId="77777777" w:rsidR="004D5C03" w:rsidRDefault="00000000">
      <w:r>
        <w:br w:type="page"/>
      </w:r>
    </w:p>
    <w:p w14:paraId="306BCDA7" w14:textId="77777777" w:rsidR="004D5C03" w:rsidRDefault="00000000">
      <w:pPr>
        <w:pStyle w:val="Heading1"/>
      </w:pPr>
      <w:r>
        <w:lastRenderedPageBreak/>
        <w:t>Selected Contributions</w:t>
      </w:r>
    </w:p>
    <w:p w14:paraId="32BD5337" w14:textId="77777777" w:rsidR="004D5C03" w:rsidRDefault="00000000">
      <w:pPr>
        <w:pStyle w:val="Instruction"/>
        <w:keepNext/>
      </w:pPr>
      <w:r>
        <w:t>List up to five relevant publications, presentations, educational programs, policy contributions, toolkits, curricula, reports, quality improvement projects, or community initiatives.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76"/>
        <w:gridCol w:w="4464"/>
        <w:gridCol w:w="4608"/>
      </w:tblGrid>
      <w:tr w:rsidR="004D5C03" w14:paraId="306704D6" w14:textId="77777777">
        <w:trPr>
          <w:cantSplit/>
          <w:jc w:val="center"/>
        </w:trPr>
        <w:tc>
          <w:tcPr>
            <w:tcW w:w="57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242E2CC4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w="4464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1A780F22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Contribution</w:t>
            </w:r>
          </w:p>
        </w:tc>
        <w:tc>
          <w:tcPr>
            <w:tcW w:w="4608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0AE93A1C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Relevance to Proposed Project</w:t>
            </w:r>
          </w:p>
        </w:tc>
      </w:tr>
      <w:tr w:rsidR="004D5C03" w14:paraId="785F3808" w14:textId="77777777">
        <w:trPr>
          <w:cantSplit/>
          <w:trHeight w:hRule="exact" w:val="547"/>
          <w:jc w:val="center"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B315636" w14:textId="77777777" w:rsidR="004D5C03" w:rsidRDefault="004D5C03">
            <w:pPr>
              <w:spacing w:after="0"/>
            </w:pPr>
          </w:p>
        </w:tc>
        <w:tc>
          <w:tcPr>
            <w:tcW w:w="44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EC558F8" w14:textId="77777777" w:rsidR="004D5C03" w:rsidRDefault="004D5C03">
            <w:pPr>
              <w:spacing w:after="0"/>
            </w:pPr>
          </w:p>
        </w:tc>
        <w:tc>
          <w:tcPr>
            <w:tcW w:w="460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3F2E59A" w14:textId="77777777" w:rsidR="004D5C03" w:rsidRDefault="004D5C03">
            <w:pPr>
              <w:spacing w:after="0"/>
            </w:pPr>
          </w:p>
        </w:tc>
      </w:tr>
      <w:tr w:rsidR="004D5C03" w14:paraId="69041CE8" w14:textId="77777777">
        <w:trPr>
          <w:cantSplit/>
          <w:trHeight w:hRule="exact" w:val="547"/>
          <w:jc w:val="center"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7F58B1B" w14:textId="77777777" w:rsidR="004D5C03" w:rsidRDefault="004D5C03">
            <w:pPr>
              <w:spacing w:after="0"/>
            </w:pPr>
          </w:p>
        </w:tc>
        <w:tc>
          <w:tcPr>
            <w:tcW w:w="44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1E682EC" w14:textId="77777777" w:rsidR="004D5C03" w:rsidRDefault="004D5C03">
            <w:pPr>
              <w:spacing w:after="0"/>
            </w:pPr>
          </w:p>
        </w:tc>
        <w:tc>
          <w:tcPr>
            <w:tcW w:w="460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33951CE" w14:textId="77777777" w:rsidR="004D5C03" w:rsidRDefault="004D5C03">
            <w:pPr>
              <w:spacing w:after="0"/>
            </w:pPr>
          </w:p>
        </w:tc>
      </w:tr>
      <w:tr w:rsidR="004D5C03" w14:paraId="447D3DD7" w14:textId="77777777">
        <w:trPr>
          <w:cantSplit/>
          <w:trHeight w:hRule="exact" w:val="547"/>
          <w:jc w:val="center"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5DD5DEA6" w14:textId="77777777" w:rsidR="004D5C03" w:rsidRDefault="004D5C03">
            <w:pPr>
              <w:spacing w:after="0"/>
            </w:pPr>
          </w:p>
        </w:tc>
        <w:tc>
          <w:tcPr>
            <w:tcW w:w="44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0CB757F" w14:textId="77777777" w:rsidR="004D5C03" w:rsidRDefault="004D5C03">
            <w:pPr>
              <w:spacing w:after="0"/>
            </w:pPr>
          </w:p>
        </w:tc>
        <w:tc>
          <w:tcPr>
            <w:tcW w:w="460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8677841" w14:textId="77777777" w:rsidR="004D5C03" w:rsidRDefault="004D5C03">
            <w:pPr>
              <w:spacing w:after="0"/>
            </w:pPr>
          </w:p>
        </w:tc>
      </w:tr>
      <w:tr w:rsidR="004D5C03" w14:paraId="69C13F3F" w14:textId="77777777">
        <w:trPr>
          <w:cantSplit/>
          <w:trHeight w:hRule="exact" w:val="547"/>
          <w:jc w:val="center"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3BA2DFC" w14:textId="77777777" w:rsidR="004D5C03" w:rsidRDefault="004D5C03">
            <w:pPr>
              <w:spacing w:after="0"/>
            </w:pPr>
          </w:p>
        </w:tc>
        <w:tc>
          <w:tcPr>
            <w:tcW w:w="44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882DDF5" w14:textId="77777777" w:rsidR="004D5C03" w:rsidRDefault="004D5C03">
            <w:pPr>
              <w:spacing w:after="0"/>
            </w:pPr>
          </w:p>
        </w:tc>
        <w:tc>
          <w:tcPr>
            <w:tcW w:w="460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F89EFCB" w14:textId="77777777" w:rsidR="004D5C03" w:rsidRDefault="004D5C03">
            <w:pPr>
              <w:spacing w:after="0"/>
            </w:pPr>
          </w:p>
        </w:tc>
      </w:tr>
      <w:tr w:rsidR="004D5C03" w14:paraId="751C25D6" w14:textId="77777777">
        <w:trPr>
          <w:cantSplit/>
          <w:trHeight w:hRule="exact" w:val="547"/>
          <w:jc w:val="center"/>
        </w:trPr>
        <w:tc>
          <w:tcPr>
            <w:tcW w:w="576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5A44182" w14:textId="77777777" w:rsidR="004D5C03" w:rsidRDefault="004D5C03">
            <w:pPr>
              <w:spacing w:after="0"/>
            </w:pPr>
          </w:p>
        </w:tc>
        <w:tc>
          <w:tcPr>
            <w:tcW w:w="4464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971E819" w14:textId="77777777" w:rsidR="004D5C03" w:rsidRDefault="004D5C03">
            <w:pPr>
              <w:spacing w:after="0"/>
            </w:pPr>
          </w:p>
        </w:tc>
        <w:tc>
          <w:tcPr>
            <w:tcW w:w="4608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21E1F90D" w14:textId="77777777" w:rsidR="004D5C03" w:rsidRDefault="004D5C03">
            <w:pPr>
              <w:spacing w:after="0"/>
            </w:pPr>
          </w:p>
        </w:tc>
      </w:tr>
    </w:tbl>
    <w:p w14:paraId="53E472D6" w14:textId="77777777" w:rsidR="004D5C03" w:rsidRDefault="004D5C03">
      <w:pPr>
        <w:spacing w:after="20"/>
      </w:pPr>
    </w:p>
    <w:p w14:paraId="7E164B63" w14:textId="77777777" w:rsidR="004D5C03" w:rsidRDefault="00000000">
      <w:pPr>
        <w:pStyle w:val="Heading1"/>
      </w:pPr>
      <w:r>
        <w:t>Leadership and Professional Service</w:t>
      </w:r>
    </w:p>
    <w:p w14:paraId="38571864" w14:textId="77777777" w:rsidR="004D5C03" w:rsidRDefault="00000000">
      <w:pPr>
        <w:pStyle w:val="Instruction"/>
        <w:keepNext/>
      </w:pPr>
      <w:r>
        <w:t>Describe leadership roles, committee service, board service, professional association involvement, mentoring, advocacy, or service to the nursing profession.</w:t>
      </w:r>
    </w:p>
    <w:p w14:paraId="004F7EE3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593989F1" w14:textId="77777777">
        <w:trPr>
          <w:cantSplit/>
          <w:trHeight w:hRule="exact" w:val="2232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04C373AE" w14:textId="77777777" w:rsidR="004D5C03" w:rsidRDefault="004D5C03">
            <w:pPr>
              <w:spacing w:after="0"/>
            </w:pPr>
          </w:p>
        </w:tc>
      </w:tr>
    </w:tbl>
    <w:p w14:paraId="0F6DBF73" w14:textId="77777777" w:rsidR="004D5C03" w:rsidRDefault="004D5C03">
      <w:pPr>
        <w:spacing w:after="20"/>
      </w:pPr>
    </w:p>
    <w:p w14:paraId="00566AC2" w14:textId="77777777" w:rsidR="004D5C03" w:rsidRDefault="00000000">
      <w:pPr>
        <w:pStyle w:val="Heading1"/>
      </w:pPr>
      <w:r>
        <w:t>Impact on Nursing, Patients, or Communities</w:t>
      </w:r>
    </w:p>
    <w:p w14:paraId="0E4A4F00" w14:textId="77777777" w:rsidR="004D5C03" w:rsidRDefault="00000000">
      <w:pPr>
        <w:pStyle w:val="Instruction"/>
        <w:keepNext/>
      </w:pPr>
      <w:r>
        <w:t>Describe how your work has advanced nursing practice, nursing education, nurse well-being, health equity, patient care, community health, or healthcare improvement.</w:t>
      </w:r>
    </w:p>
    <w:p w14:paraId="53C56128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1C1FE5A6" w14:textId="77777777">
        <w:trPr>
          <w:cantSplit/>
          <w:trHeight w:hRule="exact" w:val="2232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562D1F8A" w14:textId="77777777" w:rsidR="004D5C03" w:rsidRDefault="004D5C03">
            <w:pPr>
              <w:spacing w:after="0"/>
            </w:pPr>
          </w:p>
        </w:tc>
      </w:tr>
    </w:tbl>
    <w:p w14:paraId="0EB9D618" w14:textId="77777777" w:rsidR="004D5C03" w:rsidRDefault="004D5C03">
      <w:pPr>
        <w:spacing w:after="20"/>
      </w:pPr>
    </w:p>
    <w:p w14:paraId="0A570075" w14:textId="77777777" w:rsidR="004D5C03" w:rsidRDefault="00000000">
      <w:r>
        <w:br w:type="page"/>
      </w:r>
    </w:p>
    <w:p w14:paraId="46B942A6" w14:textId="77777777" w:rsidR="004D5C03" w:rsidRDefault="00000000">
      <w:pPr>
        <w:pStyle w:val="Heading1"/>
      </w:pPr>
      <w:r>
        <w:lastRenderedPageBreak/>
        <w:t>Partnerships and Community Engagement</w:t>
      </w:r>
    </w:p>
    <w:p w14:paraId="4C3EB258" w14:textId="77777777" w:rsidR="004D5C03" w:rsidRDefault="00000000">
      <w:pPr>
        <w:pStyle w:val="Instruction"/>
        <w:keepNext/>
      </w:pPr>
      <w:r>
        <w:t>Identify key partnerships, community relationships, academic affiliations, practice partners, or stakeholder groups relevant to the proposed project.</w:t>
      </w:r>
    </w:p>
    <w:p w14:paraId="1C4CC438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377B2375" w14:textId="77777777">
        <w:trPr>
          <w:cantSplit/>
          <w:trHeight w:hRule="exact" w:val="1944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4810618C" w14:textId="77777777" w:rsidR="004D5C03" w:rsidRDefault="004D5C03">
            <w:pPr>
              <w:spacing w:after="0"/>
            </w:pPr>
          </w:p>
        </w:tc>
      </w:tr>
    </w:tbl>
    <w:p w14:paraId="0A0C130D" w14:textId="77777777" w:rsidR="004D5C03" w:rsidRDefault="004D5C03">
      <w:pPr>
        <w:spacing w:after="20"/>
      </w:pPr>
    </w:p>
    <w:p w14:paraId="0C43A182" w14:textId="77777777" w:rsidR="004D5C03" w:rsidRDefault="00000000">
      <w:pPr>
        <w:pStyle w:val="Heading1"/>
      </w:pPr>
      <w:r>
        <w:t>Awards and Recognition</w:t>
      </w:r>
    </w:p>
    <w:p w14:paraId="1997AC28" w14:textId="77777777" w:rsidR="004D5C03" w:rsidRDefault="00000000">
      <w:pPr>
        <w:pStyle w:val="Instruction"/>
        <w:keepNext/>
      </w:pPr>
      <w:r>
        <w:t>List honors, awards, scholarships, fellowships, or recognition relevant to nursing leadership, scholarship, service, or practice.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32"/>
        <w:gridCol w:w="4032"/>
        <w:gridCol w:w="1440"/>
      </w:tblGrid>
      <w:tr w:rsidR="004D5C03" w14:paraId="6381F4DD" w14:textId="77777777">
        <w:trPr>
          <w:cantSplit/>
          <w:jc w:val="center"/>
        </w:trPr>
        <w:tc>
          <w:tcPr>
            <w:tcW w:w="403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6AB42949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Award or Recognition</w:t>
            </w:r>
          </w:p>
        </w:tc>
        <w:tc>
          <w:tcPr>
            <w:tcW w:w="403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1CA0BC8C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Issuing Organization</w:t>
            </w:r>
          </w:p>
        </w:tc>
        <w:tc>
          <w:tcPr>
            <w:tcW w:w="1440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</w:tcPr>
          <w:p w14:paraId="5D6E1755" w14:textId="77777777" w:rsidR="004D5C03" w:rsidRDefault="00000000">
            <w:pPr>
              <w:spacing w:after="0"/>
            </w:pPr>
            <w:r>
              <w:rPr>
                <w:b/>
                <w:sz w:val="17"/>
              </w:rPr>
              <w:t>Year</w:t>
            </w:r>
          </w:p>
        </w:tc>
      </w:tr>
      <w:tr w:rsidR="004D5C03" w14:paraId="0F0F0391" w14:textId="77777777">
        <w:trPr>
          <w:cantSplit/>
          <w:trHeight w:hRule="exact" w:val="619"/>
          <w:jc w:val="center"/>
        </w:trPr>
        <w:tc>
          <w:tcPr>
            <w:tcW w:w="40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B9BAC16" w14:textId="77777777" w:rsidR="004D5C03" w:rsidRDefault="004D5C03">
            <w:pPr>
              <w:spacing w:after="0"/>
            </w:pPr>
          </w:p>
        </w:tc>
        <w:tc>
          <w:tcPr>
            <w:tcW w:w="40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6E258DBF" w14:textId="77777777" w:rsidR="004D5C03" w:rsidRDefault="004D5C03">
            <w:pPr>
              <w:spacing w:after="0"/>
            </w:pPr>
          </w:p>
        </w:tc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1BBDCB6" w14:textId="77777777" w:rsidR="004D5C03" w:rsidRDefault="004D5C03">
            <w:pPr>
              <w:spacing w:after="0"/>
            </w:pPr>
          </w:p>
        </w:tc>
      </w:tr>
      <w:tr w:rsidR="004D5C03" w14:paraId="042E6B65" w14:textId="77777777">
        <w:trPr>
          <w:cantSplit/>
          <w:trHeight w:hRule="exact" w:val="619"/>
          <w:jc w:val="center"/>
        </w:trPr>
        <w:tc>
          <w:tcPr>
            <w:tcW w:w="40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E089629" w14:textId="77777777" w:rsidR="004D5C03" w:rsidRDefault="004D5C03">
            <w:pPr>
              <w:spacing w:after="0"/>
            </w:pPr>
          </w:p>
        </w:tc>
        <w:tc>
          <w:tcPr>
            <w:tcW w:w="40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3A757D7C" w14:textId="77777777" w:rsidR="004D5C03" w:rsidRDefault="004D5C03">
            <w:pPr>
              <w:spacing w:after="0"/>
            </w:pPr>
          </w:p>
        </w:tc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485BC8AD" w14:textId="77777777" w:rsidR="004D5C03" w:rsidRDefault="004D5C03">
            <w:pPr>
              <w:spacing w:after="0"/>
            </w:pPr>
          </w:p>
        </w:tc>
      </w:tr>
      <w:tr w:rsidR="004D5C03" w14:paraId="43207826" w14:textId="77777777">
        <w:trPr>
          <w:cantSplit/>
          <w:trHeight w:hRule="exact" w:val="619"/>
          <w:jc w:val="center"/>
        </w:trPr>
        <w:tc>
          <w:tcPr>
            <w:tcW w:w="40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03DAAD4E" w14:textId="77777777" w:rsidR="004D5C03" w:rsidRDefault="004D5C03">
            <w:pPr>
              <w:spacing w:after="0"/>
            </w:pPr>
          </w:p>
        </w:tc>
        <w:tc>
          <w:tcPr>
            <w:tcW w:w="4032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773731DE" w14:textId="77777777" w:rsidR="004D5C03" w:rsidRDefault="004D5C03">
            <w:pPr>
              <w:spacing w:after="0"/>
            </w:pPr>
          </w:p>
        </w:tc>
        <w:tc>
          <w:tcPr>
            <w:tcW w:w="144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</w:tcPr>
          <w:p w14:paraId="1B811C1E" w14:textId="77777777" w:rsidR="004D5C03" w:rsidRDefault="004D5C03">
            <w:pPr>
              <w:spacing w:after="0"/>
            </w:pPr>
          </w:p>
        </w:tc>
      </w:tr>
    </w:tbl>
    <w:p w14:paraId="4FAE2E0F" w14:textId="77777777" w:rsidR="004D5C03" w:rsidRDefault="004D5C03">
      <w:pPr>
        <w:spacing w:after="20"/>
      </w:pPr>
    </w:p>
    <w:p w14:paraId="6829D0A3" w14:textId="77777777" w:rsidR="004D5C03" w:rsidRDefault="00000000">
      <w:pPr>
        <w:pStyle w:val="Heading1"/>
      </w:pPr>
      <w:r>
        <w:t>Conflict of Interest Disclosure</w:t>
      </w:r>
    </w:p>
    <w:p w14:paraId="2735D93B" w14:textId="77777777" w:rsidR="004D5C03" w:rsidRDefault="00000000">
      <w:pPr>
        <w:pStyle w:val="Instruction"/>
        <w:keepNext/>
      </w:pPr>
      <w:r>
        <w:t>Disclose any actual, potential, or perceived conflict of interest related to this grant application, project partners, vendors, funders, or financial relationships.</w:t>
      </w:r>
    </w:p>
    <w:p w14:paraId="57DB6202" w14:textId="77777777" w:rsidR="004D5C03" w:rsidRDefault="00000000">
      <w:pPr>
        <w:spacing w:after="20"/>
      </w:pPr>
      <w:r>
        <w:rPr>
          <w:b/>
          <w:sz w:val="18"/>
        </w:rPr>
        <w:t>Response: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282"/>
      </w:tblGrid>
      <w:tr w:rsidR="004D5C03" w14:paraId="726C74C0" w14:textId="77777777">
        <w:trPr>
          <w:cantSplit/>
          <w:trHeight w:hRule="exact" w:val="1800"/>
          <w:jc w:val="center"/>
        </w:trPr>
        <w:tc>
          <w:tcPr>
            <w:tcW w:w="10282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</w:tcPr>
          <w:p w14:paraId="164BBBB3" w14:textId="77777777" w:rsidR="004D5C03" w:rsidRDefault="004D5C03">
            <w:pPr>
              <w:spacing w:after="0"/>
            </w:pPr>
          </w:p>
        </w:tc>
      </w:tr>
    </w:tbl>
    <w:p w14:paraId="45C7E8D4" w14:textId="77777777" w:rsidR="004D5C03" w:rsidRDefault="004D5C03">
      <w:pPr>
        <w:spacing w:after="20"/>
      </w:pPr>
    </w:p>
    <w:p w14:paraId="213BE941" w14:textId="77777777" w:rsidR="004D5C03" w:rsidRDefault="00000000">
      <w:pPr>
        <w:pStyle w:val="Heading1"/>
      </w:pPr>
      <w:r>
        <w:t>Applicant Certification</w:t>
      </w:r>
    </w:p>
    <w:p w14:paraId="12702D18" w14:textId="77777777" w:rsidR="004D5C03" w:rsidRDefault="00000000">
      <w:pPr>
        <w:spacing w:after="100"/>
      </w:pPr>
      <w:r>
        <w:t>I certify the information provided in this biosketch is accurate and complete to the best of my knowledge. I understand this biosketch will support review of my qualifications and role in the proposed grant project.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52"/>
        <w:gridCol w:w="6696"/>
      </w:tblGrid>
      <w:tr w:rsidR="004D5C03" w14:paraId="0118D04E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747EBA52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Applicant Signature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3CBEDC5E" w14:textId="77777777" w:rsidR="004D5C03" w:rsidRDefault="004D5C03">
            <w:pPr>
              <w:spacing w:after="0"/>
            </w:pPr>
          </w:p>
        </w:tc>
      </w:tr>
      <w:tr w:rsidR="004D5C03" w14:paraId="728D5B69" w14:textId="77777777">
        <w:trPr>
          <w:cantSplit/>
          <w:trHeight w:val="475"/>
          <w:jc w:val="center"/>
        </w:trPr>
        <w:tc>
          <w:tcPr>
            <w:tcW w:w="2952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shd w:val="clear" w:color="auto" w:fill="F2F2F2"/>
            <w:vAlign w:val="center"/>
          </w:tcPr>
          <w:p w14:paraId="2FFBDEC2" w14:textId="77777777" w:rsidR="004D5C03" w:rsidRDefault="00000000">
            <w:pPr>
              <w:spacing w:after="0"/>
            </w:pPr>
            <w:r>
              <w:rPr>
                <w:b/>
                <w:sz w:val="18"/>
              </w:rPr>
              <w:t>Date</w:t>
            </w:r>
          </w:p>
        </w:tc>
        <w:tc>
          <w:tcPr>
            <w:tcW w:w="6696" w:type="dxa"/>
            <w:tcBorders>
              <w:top w:val="single" w:sz="6" w:space="0" w:color="BFBFBF"/>
              <w:left w:val="single" w:sz="6" w:space="0" w:color="BFBFBF"/>
              <w:bottom w:val="single" w:sz="6" w:space="0" w:color="BFBFBF"/>
              <w:right w:val="single" w:sz="6" w:space="0" w:color="BFBFBF"/>
            </w:tcBorders>
            <w:vAlign w:val="center"/>
          </w:tcPr>
          <w:p w14:paraId="6C9D8893" w14:textId="77777777" w:rsidR="004D5C03" w:rsidRDefault="004D5C03">
            <w:pPr>
              <w:spacing w:after="0"/>
            </w:pPr>
          </w:p>
        </w:tc>
      </w:tr>
    </w:tbl>
    <w:p w14:paraId="66CC930C" w14:textId="1140C85E" w:rsidR="004D5C03" w:rsidRDefault="004D5C03"/>
    <w:sectPr w:rsidR="004D5C03" w:rsidSect="00034616">
      <w:headerReference w:type="default" r:id="rId8"/>
      <w:footerReference w:type="default" r:id="rId9"/>
      <w:pgSz w:w="12240" w:h="15840"/>
      <w:pgMar w:top="893" w:right="979" w:bottom="835" w:left="97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E3C91" w14:textId="77777777" w:rsidR="005F1A2F" w:rsidRDefault="005F1A2F">
      <w:pPr>
        <w:spacing w:after="0" w:line="240" w:lineRule="auto"/>
      </w:pPr>
      <w:r>
        <w:separator/>
      </w:r>
    </w:p>
  </w:endnote>
  <w:endnote w:type="continuationSeparator" w:id="0">
    <w:p w14:paraId="6A039266" w14:textId="77777777" w:rsidR="005F1A2F" w:rsidRDefault="005F1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3739F" w14:textId="0FDA61FD" w:rsidR="004D5C03" w:rsidRDefault="004D5C0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32037" w14:textId="77777777" w:rsidR="005F1A2F" w:rsidRDefault="005F1A2F">
      <w:pPr>
        <w:spacing w:after="0" w:line="240" w:lineRule="auto"/>
      </w:pPr>
      <w:r>
        <w:separator/>
      </w:r>
    </w:p>
  </w:footnote>
  <w:footnote w:type="continuationSeparator" w:id="0">
    <w:p w14:paraId="3F94477E" w14:textId="77777777" w:rsidR="005F1A2F" w:rsidRDefault="005F1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6B5E3" w14:textId="08946752" w:rsidR="004D5C03" w:rsidRDefault="008C3553">
    <w:pPr>
      <w:pStyle w:val="Header"/>
      <w:jc w:val="right"/>
    </w:pPr>
    <w:r>
      <w:rPr>
        <w:color w:val="666666"/>
        <w:sz w:val="16"/>
      </w:rPr>
      <w:t xml:space="preserve">Sample </w:t>
    </w:r>
    <w:proofErr w:type="spellStart"/>
    <w:r>
      <w:rPr>
        <w:color w:val="666666"/>
        <w:sz w:val="16"/>
      </w:rPr>
      <w:t>BioSketch</w:t>
    </w:r>
    <w:proofErr w:type="spellEnd"/>
    <w:r>
      <w:rPr>
        <w:color w:val="666666"/>
        <w:sz w:val="16"/>
      </w:rPr>
      <w:t xml:space="preserve"> Form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48884474">
    <w:abstractNumId w:val="8"/>
  </w:num>
  <w:num w:numId="2" w16cid:durableId="434711768">
    <w:abstractNumId w:val="6"/>
  </w:num>
  <w:num w:numId="3" w16cid:durableId="158929670">
    <w:abstractNumId w:val="5"/>
  </w:num>
  <w:num w:numId="4" w16cid:durableId="1880169642">
    <w:abstractNumId w:val="4"/>
  </w:num>
  <w:num w:numId="5" w16cid:durableId="41950160">
    <w:abstractNumId w:val="7"/>
  </w:num>
  <w:num w:numId="6" w16cid:durableId="1044598800">
    <w:abstractNumId w:val="3"/>
  </w:num>
  <w:num w:numId="7" w16cid:durableId="570628165">
    <w:abstractNumId w:val="2"/>
  </w:num>
  <w:num w:numId="8" w16cid:durableId="1058435195">
    <w:abstractNumId w:val="1"/>
  </w:num>
  <w:num w:numId="9" w16cid:durableId="662322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MxNTAyMbS0NDY0NDJV0lEKTi0uzszPAykwrAUAGO8fJCwAAAA="/>
  </w:docVars>
  <w:rsids>
    <w:rsidRoot w:val="00B47730"/>
    <w:rsid w:val="00034616"/>
    <w:rsid w:val="0006063C"/>
    <w:rsid w:val="0015074B"/>
    <w:rsid w:val="0029639D"/>
    <w:rsid w:val="002D1B12"/>
    <w:rsid w:val="00326F90"/>
    <w:rsid w:val="004D5C03"/>
    <w:rsid w:val="005F1A2F"/>
    <w:rsid w:val="008C3553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2E92FCA"/>
  <w14:defaultImageDpi w14:val="300"/>
  <w15:docId w15:val="{8E0D9D89-50CC-4D88-8363-02C10431D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/>
    </w:pPr>
    <w:rPr>
      <w:rFonts w:ascii="Aptos" w:eastAsia="Aptos" w:hAnsi="Apto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60"/>
      <w:outlineLvl w:val="0"/>
    </w:pPr>
    <w:rPr>
      <w:rFonts w:asciiTheme="majorHAnsi" w:eastAsiaTheme="majorEastAsia" w:hAnsiTheme="majorHAnsi" w:cstheme="majorBidi"/>
      <w:b/>
      <w:bCs/>
      <w:color w:val="1F4E79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60"/>
      <w:outlineLvl w:val="1"/>
    </w:pPr>
    <w:rPr>
      <w:rFonts w:asciiTheme="majorHAnsi" w:eastAsiaTheme="majorEastAsia" w:hAnsiTheme="majorHAnsi" w:cstheme="majorBidi"/>
      <w:b/>
      <w:bCs/>
      <w:color w:val="1F4E79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Instruction">
    <w:name w:val="Instruction"/>
    <w:pPr>
      <w:spacing w:after="60"/>
    </w:pPr>
    <w:rPr>
      <w:rFonts w:ascii="Aptos" w:eastAsia="Aptos" w:hAnsi="Aptos"/>
      <w:i/>
      <w:color w:val="666666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Nursing Foundation Grant Application Biosketch Form</dc:title>
  <dc:subject>Biosketch form for nursing foundation grant applicants</dc:subject>
  <dc:creator>OpenAI</dc:creator>
  <cp:keywords>nursing foundation, grant application, biosketch, form</cp:keywords>
  <dc:description>generated by python-docx</dc:description>
  <cp:lastModifiedBy>Susan Y. Swart</cp:lastModifiedBy>
  <cp:revision>2</cp:revision>
  <dcterms:created xsi:type="dcterms:W3CDTF">2013-12-23T23:15:00Z</dcterms:created>
  <dcterms:modified xsi:type="dcterms:W3CDTF">2026-06-20T17:34:00Z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2d8690bd-8928-4717-be90-0d5e4b1ad39a</vt:lpwstr>
  </property>
</Properties>
</file>